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41DB70" w14:textId="77777777" w:rsidR="00F575FA" w:rsidRPr="00FA6AEF" w:rsidRDefault="00BC6083">
      <w:pPr>
        <w:pStyle w:val="Titolo1"/>
        <w:rPr>
          <w:rFonts w:cstheme="majorHAnsi"/>
          <w:sz w:val="24"/>
          <w:szCs w:val="24"/>
          <w:lang w:val="it-IT"/>
        </w:rPr>
      </w:pPr>
      <w:bookmarkStart w:id="0" w:name="_GoBack"/>
      <w:bookmarkEnd w:id="0"/>
      <w:r w:rsidRPr="00FA6AEF">
        <w:rPr>
          <w:rFonts w:cstheme="majorHAnsi"/>
          <w:sz w:val="24"/>
          <w:szCs w:val="24"/>
          <w:lang w:val="it-IT"/>
        </w:rPr>
        <w:t>DOMANDA DI PARTECIPAZIONE AL CONCORSO PUBBLICO</w:t>
      </w:r>
    </w:p>
    <w:p w14:paraId="18006234" w14:textId="77777777" w:rsidR="00FA6AEF" w:rsidRPr="00FA6AEF" w:rsidRDefault="00FA6AEF">
      <w:pPr>
        <w:rPr>
          <w:rFonts w:asciiTheme="majorHAnsi" w:hAnsiTheme="majorHAnsi" w:cstheme="majorHAnsi"/>
          <w:sz w:val="24"/>
          <w:szCs w:val="24"/>
          <w:lang w:val="it-IT"/>
        </w:rPr>
      </w:pPr>
    </w:p>
    <w:p w14:paraId="4647919D" w14:textId="77777777" w:rsidR="00FA6AEF" w:rsidRDefault="00BC6083" w:rsidP="00FA6AEF">
      <w:pPr>
        <w:spacing w:after="0" w:line="240" w:lineRule="auto"/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Al Direttore dell’Azienda Speciale REGINA ELENA</w:t>
      </w:r>
    </w:p>
    <w:p w14:paraId="1B561D6B" w14:textId="77777777" w:rsidR="00FA6AEF" w:rsidRDefault="00BC6083" w:rsidP="00FA6AEF">
      <w:pPr>
        <w:spacing w:after="0" w:line="240" w:lineRule="auto"/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Via Don Minzoni, 2</w:t>
      </w:r>
    </w:p>
    <w:p w14:paraId="6B4CA212" w14:textId="77777777" w:rsidR="00FA6AEF" w:rsidRDefault="00BC6083" w:rsidP="00FA6AEF">
      <w:pPr>
        <w:spacing w:after="0" w:line="240" w:lineRule="auto"/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54033 CARRARA (MS)</w:t>
      </w:r>
    </w:p>
    <w:p w14:paraId="17996F6A" w14:textId="68359972" w:rsidR="00FA6AEF" w:rsidRPr="00FA6AEF" w:rsidRDefault="00BC6083" w:rsidP="00FA6AEF">
      <w:pPr>
        <w:spacing w:after="0" w:line="240" w:lineRule="auto"/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PEC: </w:t>
      </w:r>
      <w:hyperlink r:id="rId6" w:history="1">
        <w:r w:rsidR="00FA6AEF" w:rsidRPr="00FA6AEF">
          <w:rPr>
            <w:rStyle w:val="Collegamentoipertestuale"/>
            <w:rFonts w:asciiTheme="majorHAnsi" w:hAnsiTheme="majorHAnsi" w:cstheme="majorHAnsi"/>
            <w:sz w:val="24"/>
            <w:szCs w:val="24"/>
            <w:lang w:val="it-IT"/>
          </w:rPr>
          <w:t>casadiriposocarrara@postace.it</w:t>
        </w:r>
      </w:hyperlink>
    </w:p>
    <w:p w14:paraId="6C9A41BA" w14:textId="77777777" w:rsidR="00FA6AEF" w:rsidRPr="00FA6AEF" w:rsidRDefault="00FA6AEF" w:rsidP="00FA6AEF">
      <w:pPr>
        <w:spacing w:after="0" w:line="240" w:lineRule="auto"/>
        <w:rPr>
          <w:rFonts w:asciiTheme="majorHAnsi" w:hAnsiTheme="majorHAnsi" w:cstheme="majorHAnsi"/>
          <w:sz w:val="24"/>
          <w:szCs w:val="24"/>
          <w:lang w:val="it-IT"/>
        </w:rPr>
      </w:pPr>
    </w:p>
    <w:p w14:paraId="2AD40211" w14:textId="61755066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Oggetto: Domanda di 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partecipazione al concorso pubblico per n. 1 posto di Animatore Socio Educativo – riservato a soggetti disabili (art. 1 e art. 8 Legge 68/1999) – tempo indeterminato part-time 28 ore.</w:t>
      </w:r>
    </w:p>
    <w:p w14:paraId="22600CFC" w14:textId="77777777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Il/La sottoscritto/a:</w:t>
      </w:r>
    </w:p>
    <w:p w14:paraId="580F93C9" w14:textId="5BA09144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Cognome: .......................................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...........</w:t>
      </w:r>
      <w:r w:rsidR="00FA6AEF">
        <w:rPr>
          <w:rFonts w:asciiTheme="majorHAnsi" w:hAnsiTheme="majorHAnsi" w:cstheme="majorHAnsi"/>
          <w:sz w:val="24"/>
          <w:szCs w:val="24"/>
          <w:lang w:val="it-IT"/>
        </w:rPr>
        <w:t xml:space="preserve"> 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Nome: ..................................................</w:t>
      </w:r>
    </w:p>
    <w:p w14:paraId="2C9A5E3D" w14:textId="25BD27DE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Nato/a a: ..................................................</w:t>
      </w:r>
      <w:r w:rsidR="00FA6AEF">
        <w:rPr>
          <w:rFonts w:asciiTheme="majorHAnsi" w:hAnsiTheme="majorHAnsi" w:cstheme="majorHAnsi"/>
          <w:sz w:val="24"/>
          <w:szCs w:val="24"/>
          <w:lang w:val="it-IT"/>
        </w:rPr>
        <w:t xml:space="preserve"> 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il: ..................................................</w:t>
      </w:r>
    </w:p>
    <w:p w14:paraId="391E2679" w14:textId="77777777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Codice Fiscale: ..................................................</w:t>
      </w:r>
    </w:p>
    <w:p w14:paraId="54B6C167" w14:textId="77777777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Residente in (via/piazza): ..................................................</w:t>
      </w:r>
    </w:p>
    <w:p w14:paraId="0C5CBBAB" w14:textId="574E441E" w:rsidR="00FA6AEF" w:rsidRPr="00FA6AEF" w:rsidRDefault="00BC6083" w:rsidP="00FA6AEF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Comune: ..................................................</w:t>
      </w:r>
      <w:r w:rsidR="00FA6AEF"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 CAP: ..................................................</w:t>
      </w:r>
    </w:p>
    <w:p w14:paraId="3D2775E1" w14:textId="77777777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- Telefono: 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..................................................</w:t>
      </w:r>
    </w:p>
    <w:p w14:paraId="2DE1FFEC" w14:textId="77777777" w:rsidR="00F575FA" w:rsidRPr="00FA6AEF" w:rsidRDefault="00BC6083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Indirizzo PEC personale: ..................................................</w:t>
      </w:r>
    </w:p>
    <w:p w14:paraId="3A5564F0" w14:textId="503D00F6" w:rsidR="00FA6AEF" w:rsidRDefault="00BC6083" w:rsidP="00FA6AEF">
      <w:pPr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Cittadinanza: ..................................................</w:t>
      </w:r>
    </w:p>
    <w:p w14:paraId="2E6A5252" w14:textId="77777777" w:rsidR="00FA6AEF" w:rsidRDefault="00BC6083" w:rsidP="00FA6AEF">
      <w:pPr>
        <w:jc w:val="center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CHIEDE</w:t>
      </w:r>
    </w:p>
    <w:p w14:paraId="0169BB24" w14:textId="4F5AAFA4" w:rsidR="00FA6AEF" w:rsidRDefault="00BC6083" w:rsidP="00FA6AEF">
      <w:pPr>
        <w:jc w:val="center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di essere ammesso/a </w:t>
      </w:r>
      <w:proofErr w:type="spellStart"/>
      <w:r w:rsidRPr="00FA6AEF">
        <w:rPr>
          <w:rFonts w:asciiTheme="majorHAnsi" w:hAnsiTheme="majorHAnsi" w:cstheme="majorHAnsi"/>
          <w:sz w:val="24"/>
          <w:szCs w:val="24"/>
          <w:lang w:val="it-IT"/>
        </w:rPr>
        <w:t>a</w:t>
      </w:r>
      <w:proofErr w:type="spellEnd"/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 partecipare alla procedura conc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orsuale in oggetto.</w:t>
      </w:r>
    </w:p>
    <w:p w14:paraId="64DD3600" w14:textId="2F9EFD57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A tal fine, ai sensi degli artt. 46 e 47 del D.P.R. 445/2000 e consapevole delle sanzioni previste dall’art. 76 per dichiarazioni mendaci, dichiara sotto la propria responsabilità:</w:t>
      </w:r>
    </w:p>
    <w:p w14:paraId="156D8AA6" w14:textId="77777777" w:rsidR="00F575FA" w:rsidRPr="00FA6AEF" w:rsidRDefault="00BC6083" w:rsidP="00FA6AEF">
      <w:pPr>
        <w:pStyle w:val="Titolo2"/>
        <w:jc w:val="both"/>
        <w:rPr>
          <w:rFonts w:cstheme="majorHAnsi"/>
          <w:sz w:val="24"/>
          <w:szCs w:val="24"/>
        </w:rPr>
      </w:pPr>
      <w:r w:rsidRPr="00FA6AEF">
        <w:rPr>
          <w:rFonts w:cstheme="majorHAnsi"/>
          <w:sz w:val="24"/>
          <w:szCs w:val="24"/>
        </w:rPr>
        <w:t>REQUISITI GENERALI</w:t>
      </w:r>
    </w:p>
    <w:p w14:paraId="266CC452" w14:textId="59BCDC6D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essere cittadino/a italiano/a opp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ure cittadino/a di altro Stato membro dell’Unione Europea, ovvero familiare titolare del diritto di soggiorno o soggiorno permanente, ovvero cittadino/a di Paese terzo titolare di permesso di soggiorno UE per soggiornanti di lungo periodo, o titolare dello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 status di rifugiato o protezione sussidiaria;</w:t>
      </w:r>
    </w:p>
    <w:p w14:paraId="35B4323D" w14:textId="41012982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aver compiuto 18 anni e di non avere un'età tale da impedire l'accesso al pubblico impiego ai sensi della normativa vigente;</w:t>
      </w:r>
    </w:p>
    <w:p w14:paraId="5CF82DB1" w14:textId="64A22E26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lastRenderedPageBreak/>
        <w:t>di godere dei diritti civili e politici;</w:t>
      </w:r>
    </w:p>
    <w:p w14:paraId="37FDCFD8" w14:textId="3CD16469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di non essere stato/a escluso/a 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dall’elettorato politico attivo;</w:t>
      </w:r>
    </w:p>
    <w:p w14:paraId="1F1B6491" w14:textId="4805EC9B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non essere stato/a destituito/a o dispensato/a da impiego presso una pubblica amministrazione;</w:t>
      </w:r>
    </w:p>
    <w:p w14:paraId="78EDD302" w14:textId="2652D5B2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non essere stato/a licenziato/a da una pubblica amministrazione a decorrere dall’entrata in vigore del primo contratto col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lettivo;</w:t>
      </w:r>
    </w:p>
    <w:p w14:paraId="56C4E6BE" w14:textId="52DCC9E8" w:rsidR="00F575FA" w:rsidRPr="00FA6AEF" w:rsidRDefault="00BC6083" w:rsidP="00FA6AEF">
      <w:pPr>
        <w:pStyle w:val="Numeroelenc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di essere in possesso dell’idoneità fisica all’impiego, soggetta a verifica del Medico Competente ai sensi del </w:t>
      </w:r>
      <w:proofErr w:type="spellStart"/>
      <w:r w:rsidRPr="00FA6AEF">
        <w:rPr>
          <w:rFonts w:asciiTheme="majorHAnsi" w:hAnsiTheme="majorHAnsi" w:cstheme="majorHAnsi"/>
          <w:sz w:val="24"/>
          <w:szCs w:val="24"/>
          <w:lang w:val="it-IT"/>
        </w:rPr>
        <w:t>D.Lgs.</w:t>
      </w:r>
      <w:proofErr w:type="spellEnd"/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 81/2008;</w:t>
      </w:r>
    </w:p>
    <w:p w14:paraId="5AD4D9F8" w14:textId="77777777" w:rsidR="00F575FA" w:rsidRPr="00FA6AEF" w:rsidRDefault="00BC6083" w:rsidP="00FA6AEF">
      <w:pPr>
        <w:pStyle w:val="Titolo2"/>
        <w:jc w:val="both"/>
        <w:rPr>
          <w:rFonts w:cstheme="majorHAnsi"/>
          <w:sz w:val="24"/>
          <w:szCs w:val="24"/>
        </w:rPr>
      </w:pPr>
      <w:r w:rsidRPr="00FA6AEF">
        <w:rPr>
          <w:rFonts w:cstheme="majorHAnsi"/>
          <w:sz w:val="24"/>
          <w:szCs w:val="24"/>
        </w:rPr>
        <w:t>REQUISITI SPECIFICI</w:t>
      </w:r>
    </w:p>
    <w:p w14:paraId="0F529B2C" w14:textId="77777777" w:rsidR="00FA6AEF" w:rsidRPr="00FA6AEF" w:rsidRDefault="00BC6083" w:rsidP="00FA6AEF">
      <w:pPr>
        <w:pStyle w:val="Numeroelenco"/>
        <w:numPr>
          <w:ilvl w:val="0"/>
          <w:numId w:val="14"/>
        </w:numPr>
        <w:ind w:left="360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 xml:space="preserve">di essere in possesso del seguente titolo di studio: </w:t>
      </w:r>
    </w:p>
    <w:p w14:paraId="32BADBDB" w14:textId="1280C0D9" w:rsidR="00F575FA" w:rsidRPr="00FA6AEF" w:rsidRDefault="00FA6AEF" w:rsidP="00FA6AEF">
      <w:pPr>
        <w:pStyle w:val="Numeroelenco"/>
        <w:numPr>
          <w:ilvl w:val="0"/>
          <w:numId w:val="0"/>
        </w:numPr>
        <w:ind w:left="360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………………………………………………………………………………...................................................</w:t>
      </w:r>
    </w:p>
    <w:p w14:paraId="45913574" w14:textId="13CA2B5A" w:rsidR="00F575FA" w:rsidRPr="00FA6AEF" w:rsidRDefault="00BC6083" w:rsidP="00FA6AEF">
      <w:pPr>
        <w:pStyle w:val="Numeroelenco"/>
        <w:numPr>
          <w:ilvl w:val="0"/>
          <w:numId w:val="14"/>
        </w:numPr>
        <w:ind w:left="360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appartenere a una delle categorie di cui all’art. 1 della Legge 68/1999;</w:t>
      </w:r>
    </w:p>
    <w:p w14:paraId="6EBC7542" w14:textId="4DEDC92D" w:rsidR="00F575FA" w:rsidRPr="00FA6AEF" w:rsidRDefault="00BC6083" w:rsidP="00FA6AEF">
      <w:pPr>
        <w:pStyle w:val="Numeroelenco"/>
        <w:numPr>
          <w:ilvl w:val="0"/>
          <w:numId w:val="14"/>
        </w:numPr>
        <w:ind w:left="360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essere iscritto/a, alla data di scadenza del bando e al momento dell’eventuale assunzione, negli elenchi di cui all’art. 8 della Legge 68/199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9 (collocamento mirato dei disabili);</w:t>
      </w:r>
    </w:p>
    <w:p w14:paraId="4EEB682D" w14:textId="13C0B8D1" w:rsidR="00F575FA" w:rsidRPr="00FA6AEF" w:rsidRDefault="00BC6083" w:rsidP="00FA6AEF">
      <w:pPr>
        <w:pStyle w:val="Numeroelenco"/>
        <w:numPr>
          <w:ilvl w:val="0"/>
          <w:numId w:val="14"/>
        </w:numPr>
        <w:ind w:left="360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di accettare integralmente tutte le condizioni e disposizioni contenute nel bando di concorso.</w:t>
      </w:r>
    </w:p>
    <w:p w14:paraId="38086249" w14:textId="77777777" w:rsidR="00F575FA" w:rsidRPr="00FA6AEF" w:rsidRDefault="00BC6083" w:rsidP="00FA6AEF">
      <w:pPr>
        <w:pStyle w:val="Titolo2"/>
        <w:jc w:val="both"/>
        <w:rPr>
          <w:rFonts w:cstheme="majorHAnsi"/>
          <w:sz w:val="24"/>
          <w:szCs w:val="24"/>
          <w:lang w:val="it-IT"/>
        </w:rPr>
      </w:pPr>
      <w:r w:rsidRPr="00FA6AEF">
        <w:rPr>
          <w:rFonts w:cstheme="majorHAnsi"/>
          <w:sz w:val="24"/>
          <w:szCs w:val="24"/>
          <w:lang w:val="it-IT"/>
        </w:rPr>
        <w:t>ALLEGATI (obbligatori)</w:t>
      </w:r>
    </w:p>
    <w:p w14:paraId="34AF5F7D" w14:textId="77777777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Copia fronte/retro di un documento di identità in corso di validità</w:t>
      </w:r>
    </w:p>
    <w:p w14:paraId="46EF1780" w14:textId="265E1EAE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Curriculum vitae aggiornato</w:t>
      </w:r>
      <w:r w:rsidR="00944C53">
        <w:rPr>
          <w:rFonts w:asciiTheme="majorHAnsi" w:hAnsiTheme="majorHAnsi" w:cstheme="majorHAnsi"/>
          <w:sz w:val="24"/>
          <w:szCs w:val="24"/>
          <w:lang w:val="it-IT"/>
        </w:rPr>
        <w:t xml:space="preserve"> e sottoscritto</w:t>
      </w:r>
    </w:p>
    <w:p w14:paraId="5D656237" w14:textId="77777777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Eventuali dichiarazioni sostitutive su altri titoli di studio</w:t>
      </w:r>
    </w:p>
    <w:p w14:paraId="1575B438" w14:textId="3B80E183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- Eventuale richiesta ausili/tempi aggiuntivi ai sensi della Legge 104/1992</w:t>
      </w:r>
    </w:p>
    <w:p w14:paraId="6E55FB36" w14:textId="77777777" w:rsidR="00944C53" w:rsidRDefault="00944C5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</w:p>
    <w:p w14:paraId="5F8F92D2" w14:textId="01C7F02F" w:rsidR="00F575FA" w:rsidRPr="00FA6AEF" w:rsidRDefault="00BC6083" w:rsidP="00FA6AEF">
      <w:pPr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Luogo e data: .................................................</w:t>
      </w:r>
    </w:p>
    <w:p w14:paraId="7C038D62" w14:textId="77777777" w:rsidR="00FA6AEF" w:rsidRDefault="00BC6083" w:rsidP="00FA6AEF">
      <w:pPr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Firma autografa o firma digitale</w:t>
      </w:r>
    </w:p>
    <w:p w14:paraId="22007143" w14:textId="2F53D852" w:rsidR="00F575FA" w:rsidRPr="00FA6AEF" w:rsidRDefault="00BC6083" w:rsidP="00FA6AEF">
      <w:pPr>
        <w:jc w:val="right"/>
        <w:rPr>
          <w:rFonts w:asciiTheme="majorHAnsi" w:hAnsiTheme="majorHAnsi" w:cstheme="majorHAnsi"/>
          <w:sz w:val="24"/>
          <w:szCs w:val="24"/>
          <w:lang w:val="it-IT"/>
        </w:rPr>
      </w:pPr>
      <w:r w:rsidRPr="00FA6AEF">
        <w:rPr>
          <w:rFonts w:asciiTheme="majorHAnsi" w:hAnsiTheme="majorHAnsi" w:cstheme="majorHAnsi"/>
          <w:sz w:val="24"/>
          <w:szCs w:val="24"/>
          <w:lang w:val="it-IT"/>
        </w:rPr>
        <w:t>..</w:t>
      </w:r>
      <w:r w:rsidRPr="00FA6AEF">
        <w:rPr>
          <w:rFonts w:asciiTheme="majorHAnsi" w:hAnsiTheme="majorHAnsi" w:cstheme="majorHAnsi"/>
          <w:sz w:val="24"/>
          <w:szCs w:val="24"/>
          <w:lang w:val="it-IT"/>
        </w:rPr>
        <w:t>...............................................</w:t>
      </w:r>
    </w:p>
    <w:sectPr w:rsidR="00F575FA" w:rsidRPr="00FA6AEF" w:rsidSect="00CE550D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3A4E55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F2A4CED"/>
    <w:multiLevelType w:val="hybridMultilevel"/>
    <w:tmpl w:val="D4C87E7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2DF4A69"/>
    <w:multiLevelType w:val="hybridMultilevel"/>
    <w:tmpl w:val="3126E59E"/>
    <w:lvl w:ilvl="0" w:tplc="018A69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24512E"/>
    <w:multiLevelType w:val="hybridMultilevel"/>
    <w:tmpl w:val="3134FD1A"/>
    <w:lvl w:ilvl="0" w:tplc="3EF235D8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85731E"/>
    <w:multiLevelType w:val="hybridMultilevel"/>
    <w:tmpl w:val="5F849FD8"/>
    <w:lvl w:ilvl="0" w:tplc="949824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2F54103"/>
    <w:multiLevelType w:val="hybridMultilevel"/>
    <w:tmpl w:val="65AE37C2"/>
    <w:lvl w:ilvl="0" w:tplc="E87688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3"/>
  </w:num>
  <w:num w:numId="12">
    <w:abstractNumId w:val="11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E5792"/>
    <w:rsid w:val="0029639D"/>
    <w:rsid w:val="00326F90"/>
    <w:rsid w:val="005E503B"/>
    <w:rsid w:val="00944C53"/>
    <w:rsid w:val="00AA1D8D"/>
    <w:rsid w:val="00B47730"/>
    <w:rsid w:val="00BC6083"/>
    <w:rsid w:val="00CB0664"/>
    <w:rsid w:val="00CE550D"/>
    <w:rsid w:val="00F575FA"/>
    <w:rsid w:val="00FA6AE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7E0AB3"/>
  <w14:defaultImageDpi w14:val="300"/>
  <w15:docId w15:val="{3F2C4635-008E-40FB-9243-07D73E503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12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FA6AEF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FA6A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asadiriposocarrara@postac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6C3963-4C85-4A27-9308-7D596F61E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2816</Characters>
  <Application>Microsoft Office Word</Application>
  <DocSecurity>4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3303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CastagniniG</cp:lastModifiedBy>
  <cp:revision>2</cp:revision>
  <cp:lastPrinted>2025-05-01T20:16:00Z</cp:lastPrinted>
  <dcterms:created xsi:type="dcterms:W3CDTF">2025-05-02T07:19:00Z</dcterms:created>
  <dcterms:modified xsi:type="dcterms:W3CDTF">2025-05-02T07:19:00Z</dcterms:modified>
  <cp:category/>
</cp:coreProperties>
</file>